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מאמן מש״ה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״שריר הקשב״ · מילון · שורש · הקשר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🎓 תיכון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פותרים מילים חדשות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איזה כלי עזר?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משפחות 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לפענח מילים חדשות בטקסט בעזרת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לבחור את הכלי המתאים לכל מילה ולבדוק את הפירוש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משפחות מילים מאותו שורש – ולהבחין במילים ״מתחזות״.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״מאמן מש״ה״ ופותרים מילה אחת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את הטקסט, מפענחים, ומסמנים איזה כלי עזר.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שורשים ומשפט אישי;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תיכון.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חלקים א׳–ב׳: הפירוש, הכלי המומלץ והשורש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1327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הכלי המומלץ</w:t>
            </w:r>
          </w:p>
        </w:tc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204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פירוש</w:t>
            </w:r>
          </w:p>
        </w:tc>
        <w:tc>
          <w:tcPr>
            <w:tcW w:type="dxa" w:w="4388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למה?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נדיר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נ־ד־ר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שיש ממנו מעט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הטקסט מתאר קושי לשמור על קשב – כלומר, יש ממנו מעט.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קוטעות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ק־ט־ע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עוצרות באמצע ומפריעות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ק־ט־ע כמו ״קטע״ – חלק שנחתך מתוך שלם.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להתמיד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ת־מ־ד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להמשיך לאורך זמן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ת־מ־ד כמו ״תמיד״ – כל הזמן.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להפנים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פ־נ־ם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לקלוט לעומק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פ־נ־ם כמו ״פנימה״ – להכניס את הידע פנימה, אל תוך המחשבה.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גזירת גורל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ביטוי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דבר שאי אפשר לשנות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צירוף קבוע – מחפשים אותו כולו במילון ביטויים. ״עם זאת״ מסמן שאפשר כן לשנות.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רציפה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ר־צ־ף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בלי הפסקות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ר־צ־ף כמו ״רצף״ – דבר שבא אחרי דבר בלי לעצור.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בהדרגה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ד־ר־ג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לאט, צעד אחר צעד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ד־ר־ג כמו ״מדרגה״ – עולים שלב אחרי שלב.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בחלק ב׳ מקבלים גם כלי אחר אם התלמיד/ה מנמק/ת – המטרה היא לבחור כלי מתאים ולבדוק את הפירוש במשפט.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משפחות שורשים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י־ש־ב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מושב, תושב, יישוב, הושיב. מתחזות: שביל (ש־ב־ל), שבר (ש־ב־ר). משמעות משותפת: ישיבה, מגורים (י׳ נעלמת או הופכת לו׳).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נ־פ־ל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מפולת, הפיל, מפל, נפילה. מתחזות: פיל (מילה בלי השורש), תפילה (פ־ל־ל). משמעות משותפת: נפילה (נ׳ נעלמת: הִפִּיל).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ב־נ־ה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בניין, מבנה, תבנית, בנאי. מתחזות: נביא (נ־ב־א), לבן (ל־ב־ן). משמעות משותפת: בנייה (ה׳ בסוף השורש).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מאמן מש״ה · תיכון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פותרים מילים חדשות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המילים המודגשות הן מילים חדשות – נפענח אותן בעזרת מש״ה.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🧠 שריר הקשב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אנו חיים בתקופה שבה הקשב שלנו הפך למשאב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נדיר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. התראות בלתי פוסקות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קוטעות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את רצף המחשבה, ורבים מתקשים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להתמיד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בקריאה של טקסט ארוך. העוסקים בחקר הלמידה מסבירים שריבוי גירויים פוגע ביכולת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להפנים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ידע חדש: המוח מדלג מעניין לעניין ואינו מספיק לעבד את המידע לעומק. עם זאת, אין זו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גזירת גורל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. מי שמקדיש פרק זמן קבוע לקריאה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רציפה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, בלי מסכים, מגלה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בהדרגה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שהריכוז חוזר. כדאי לחשוב על הקשב כעל שריר: ככל שמאמנים אותו, הוא מתחזק.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הכלי: מ / ש / 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רמז מהמשפט או השורש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הפירוש שלי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נדיר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קוטעות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להתמיד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להפנים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גזירת גורל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רציפה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בהדרגה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איזה כלי עזר?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מילה: איזה כלי עזר הכי הרבה? הקיפו. אם יש שורש – כתבו אותו.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נדיר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קוטעות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להתמיד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להפנים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גזירת גורל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6.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רציפה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7.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בהדרגה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נדיר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קוטעות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להתמיד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להפנים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גזירת גורל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רציפה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בהדרגה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משפחות 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משפחות שורשים: בכל שורה יש מילים מהמשפחה ומילים ״מתחזות״. הקיפו רק את בני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י־ש־ב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שביל   ◯ מושב   ◯ יישוב   ◯ תושב   ◯ הושיב   ◯ שבר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נ־פ־ל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הפיל   ◯ תפילה   ◯ מפולת   ◯ מפל   ◯ פיל   ◯ נפילה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ב־נ־ה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בניין   ◯ בנאי   ◯ תבנית   ◯ לבן   ◯ נביא   ◯ מבנה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כתבו משפט משלכם עם שתיים מהמילים החדשות מהטקסט.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היום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מאמן מש״ה · תיכון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מאמן מש״ה · תיכון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